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  <w:shd w:val="clear" w:fill="2F7A55"/>
          </w:tcPr>
          <w:p>
            <w:r>
              <w:rPr>
                <w:color w:val="D6E8DD"/>
                <w:sz w:val="17"/>
              </w:rPr>
              <w:t>TARİF</w:t>
            </w:r>
          </w:p>
          <w:p>
            <w:r>
              <w:rPr>
                <w:b/>
                <w:color w:val="FFFFFF"/>
                <w:sz w:val="40"/>
              </w:rPr>
              <w:t>Tarif adını buraya yaz</w:t>
            </w:r>
          </w:p>
        </w:tc>
      </w:tr>
    </w:tbl>
    <w:p>
      <w:pPr>
        <w:spacing w:after="40"/>
      </w:pPr>
      <w:r>
        <w:rPr>
          <w:b w:val="0"/>
          <w:sz w:val="8"/>
        </w:rPr>
      </w:r>
    </w:p>
    <w:p>
      <w:pPr>
        <w:spacing w:after="160"/>
      </w:pPr>
      <w:r>
        <w:rPr>
          <w:b w:val="0"/>
          <w:color w:val="5E6862"/>
          <w:sz w:val="20"/>
        </w:rPr>
        <w:t>Porsiyon: ______    Hazırlık: ______ dk    Pişirme: ______ dk    Öğün: ____________</w:t>
      </w:r>
    </w:p>
    <w:p>
      <w:pPr>
        <w:spacing w:after="40"/>
      </w:pPr>
      <w:r>
        <w:rPr>
          <w:b/>
          <w:color w:val="22603F"/>
          <w:sz w:val="24"/>
        </w:rPr>
        <w:t>Malzemeler</w:t>
      </w:r>
    </w:p>
    <w:p>
      <w:pPr>
        <w:spacing w:after="40"/>
      </w:pPr>
      <w:r>
        <w:rPr>
          <w:b w:val="0"/>
          <w:color w:val="C8C4B8"/>
          <w:sz w:val="21"/>
        </w:rPr>
        <w:t>•  ______________________________________________________________________</w:t>
      </w:r>
    </w:p>
    <w:p>
      <w:pPr>
        <w:spacing w:after="40"/>
      </w:pPr>
      <w:r>
        <w:rPr>
          <w:b w:val="0"/>
          <w:color w:val="C8C4B8"/>
          <w:sz w:val="21"/>
        </w:rPr>
        <w:t>•  ______________________________________________________________________</w:t>
      </w:r>
    </w:p>
    <w:p>
      <w:pPr>
        <w:spacing w:after="40"/>
      </w:pPr>
      <w:r>
        <w:rPr>
          <w:b w:val="0"/>
          <w:color w:val="C8C4B8"/>
          <w:sz w:val="21"/>
        </w:rPr>
        <w:t>•  ______________________________________________________________________</w:t>
      </w:r>
    </w:p>
    <w:p>
      <w:pPr>
        <w:spacing w:after="40"/>
      </w:pPr>
      <w:r>
        <w:rPr>
          <w:b w:val="0"/>
          <w:color w:val="C8C4B8"/>
          <w:sz w:val="21"/>
        </w:rPr>
        <w:t>•  ______________________________________________________________________</w:t>
      </w:r>
    </w:p>
    <w:p>
      <w:pPr>
        <w:spacing w:after="40"/>
      </w:pPr>
      <w:r>
        <w:rPr>
          <w:b w:val="0"/>
          <w:color w:val="C8C4B8"/>
          <w:sz w:val="21"/>
        </w:rPr>
        <w:t>•  ______________________________________________________________________</w:t>
      </w:r>
    </w:p>
    <w:p>
      <w:pPr>
        <w:spacing w:after="40"/>
      </w:pPr>
      <w:r>
        <w:rPr>
          <w:b w:val="0"/>
          <w:color w:val="C8C4B8"/>
          <w:sz w:val="21"/>
        </w:rPr>
        <w:t>•  ______________________________________________________________________</w:t>
      </w:r>
    </w:p>
    <w:p>
      <w:pPr>
        <w:spacing w:after="40"/>
      </w:pPr>
      <w:r>
        <w:rPr>
          <w:b w:val="0"/>
          <w:color w:val="C8C4B8"/>
          <w:sz w:val="21"/>
        </w:rPr>
        <w:t>•  ______________________________________________________________________</w:t>
      </w:r>
    </w:p>
    <w:p>
      <w:pPr>
        <w:spacing w:after="40"/>
      </w:pPr>
      <w:r>
        <w:rPr>
          <w:b w:val="0"/>
          <w:color w:val="C8C4B8"/>
          <w:sz w:val="21"/>
        </w:rPr>
        <w:t>•  ______________________________________________________________________</w:t>
      </w:r>
    </w:p>
    <w:p>
      <w:pPr>
        <w:spacing w:after="40"/>
      </w:pPr>
      <w:r>
        <w:rPr>
          <w:b w:val="0"/>
          <w:sz w:val="8"/>
        </w:rPr>
      </w:r>
    </w:p>
    <w:p>
      <w:pPr>
        <w:spacing w:after="40"/>
      </w:pPr>
      <w:r>
        <w:rPr>
          <w:b/>
          <w:color w:val="22603F"/>
          <w:sz w:val="24"/>
        </w:rPr>
        <w:t>Hazırlanışı</w:t>
      </w:r>
    </w:p>
    <w:p>
      <w:pPr>
        <w:spacing w:after="60"/>
      </w:pPr>
      <w:r>
        <w:rPr>
          <w:b w:val="0"/>
          <w:color w:val="C8C4B8"/>
          <w:sz w:val="21"/>
        </w:rPr>
        <w:t>1.  __________________________________________________________________________________</w:t>
      </w:r>
    </w:p>
    <w:p>
      <w:pPr>
        <w:spacing w:after="60"/>
      </w:pPr>
      <w:r>
        <w:rPr>
          <w:b w:val="0"/>
          <w:color w:val="C8C4B8"/>
          <w:sz w:val="21"/>
        </w:rPr>
        <w:t>2.  __________________________________________________________________________________</w:t>
      </w:r>
    </w:p>
    <w:p>
      <w:pPr>
        <w:spacing w:after="60"/>
      </w:pPr>
      <w:r>
        <w:rPr>
          <w:b w:val="0"/>
          <w:color w:val="C8C4B8"/>
          <w:sz w:val="21"/>
        </w:rPr>
        <w:t>3.  __________________________________________________________________________________</w:t>
      </w:r>
    </w:p>
    <w:p>
      <w:pPr>
        <w:spacing w:after="60"/>
      </w:pPr>
      <w:r>
        <w:rPr>
          <w:b w:val="0"/>
          <w:color w:val="C8C4B8"/>
          <w:sz w:val="21"/>
        </w:rPr>
        <w:t>4.  __________________________________________________________________________________</w:t>
      </w:r>
    </w:p>
    <w:p>
      <w:pPr>
        <w:spacing w:after="60"/>
      </w:pPr>
      <w:r>
        <w:rPr>
          <w:b w:val="0"/>
          <w:color w:val="C8C4B8"/>
          <w:sz w:val="21"/>
        </w:rPr>
        <w:t>5.  __________________________________________________________________________________</w:t>
      </w:r>
    </w:p>
    <w:p>
      <w:pPr>
        <w:spacing w:after="60"/>
      </w:pPr>
      <w:r>
        <w:rPr>
          <w:b w:val="0"/>
          <w:color w:val="C8C4B8"/>
          <w:sz w:val="21"/>
        </w:rPr>
        <w:t>6.  __________________________________________________________________________________</w:t>
      </w:r>
    </w:p>
    <w:p>
      <w:pPr>
        <w:spacing w:after="60"/>
      </w:pPr>
      <w:r>
        <w:rPr>
          <w:b w:val="0"/>
          <w:color w:val="C8C4B8"/>
          <w:sz w:val="21"/>
        </w:rPr>
        <w:t>7.  __________________________________________________________________________________</w:t>
      </w:r>
    </w:p>
    <w:p>
      <w:pPr>
        <w:spacing w:after="40"/>
      </w:pPr>
      <w:r>
        <w:rPr>
          <w:b w:val="0"/>
          <w:sz w:val="8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953"/>
            <w:shd w:val="clear" w:fill="FBF0E1"/>
          </w:tcPr>
          <w:p>
            <w:r>
              <w:rPr>
                <w:b/>
                <w:color w:val="B45F06"/>
              </w:rPr>
              <w:t>Diyetisyeninden not</w:t>
            </w:r>
          </w:p>
          <w:p>
            <w:pPr>
              <w:spacing w:after="120"/>
            </w:pPr>
            <w:r>
              <w:rPr>
                <w:b w:val="0"/>
                <w:sz w:val="20"/>
              </w:rPr>
            </w:r>
          </w:p>
          <w:p>
            <w:pPr>
              <w:spacing w:after="120"/>
            </w:pPr>
            <w:r>
              <w:rPr>
                <w:b w:val="0"/>
                <w:sz w:val="20"/>
              </w:rPr>
            </w:r>
          </w:p>
          <w:p>
            <w:pPr>
              <w:spacing w:after="12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139"/>
            <w:shd w:val="clear" w:fill="E5F0E9"/>
          </w:tcPr>
          <w:p>
            <w:r>
              <w:rPr>
                <w:b/>
                <w:color w:val="22603F"/>
              </w:rPr>
              <w:t>Porsiyon başına (isteğe bağlı)</w:t>
            </w:r>
          </w:p>
          <w:p>
            <w:pPr>
              <w:spacing w:after="20"/>
            </w:pPr>
            <w:r>
              <w:rPr>
                <w:b w:val="0"/>
                <w:sz w:val="19"/>
              </w:rPr>
              <w:t>Enerji (kcal):</w:t>
            </w:r>
          </w:p>
          <w:p>
            <w:pPr>
              <w:spacing w:after="20"/>
            </w:pPr>
            <w:r>
              <w:rPr>
                <w:b w:val="0"/>
                <w:sz w:val="19"/>
              </w:rPr>
              <w:t>Protein (g):</w:t>
            </w:r>
          </w:p>
          <w:p>
            <w:pPr>
              <w:spacing w:after="20"/>
            </w:pPr>
            <w:r>
              <w:rPr>
                <w:b w:val="0"/>
                <w:sz w:val="19"/>
              </w:rPr>
              <w:t>Karbonhidrat (g):</w:t>
            </w:r>
          </w:p>
          <w:p>
            <w:pPr>
              <w:spacing w:after="20"/>
            </w:pPr>
            <w:r>
              <w:rPr>
                <w:b w:val="0"/>
                <w:sz w:val="19"/>
              </w:rPr>
              <w:t>Yağ (g):</w:t>
            </w:r>
          </w:p>
        </w:tc>
      </w:tr>
    </w:tbl>
    <w:p>
      <w:pPr>
        <w:spacing w:after="200"/>
      </w:pPr>
      <w:r>
        <w:rPr>
          <w:b w:val="0"/>
          <w:sz w:val="12"/>
        </w:rPr>
      </w:r>
    </w:p>
    <w:p>
      <w:pPr>
        <w:spacing w:after="200"/>
      </w:pPr>
      <w:r>
        <w:rPr>
          <w:b w:val="0"/>
          <w:color w:val="5E6862"/>
          <w:sz w:val="20"/>
        </w:rPr>
        <w:t>Dyt. ______________________________</w:t>
      </w:r>
    </w:p>
    <w:p>
      <w:pPr>
        <w:spacing w:after="60"/>
      </w:pPr>
      <w:r>
        <w:rPr>
          <w:b w:val="0"/>
          <w:color w:val="5E6862"/>
          <w:sz w:val="16"/>
        </w:rPr>
        <w:t>Ücretsiz şablon · diyetteyim.app — programı dijitalde yaz, danışanın telefonundan takip etsin.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Tarif kartı · Diyetteyim</dc:title>
  <dc:subject/>
  <dc:creator>Diyetteyim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