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İlk görüşme formu</w:t>
      </w:r>
    </w:p>
    <w:p>
      <w:pPr>
        <w:spacing w:after="120" w:before="0"/>
      </w:pPr>
      <w:r>
        <w:rPr>
          <w:b w:val="0"/>
          <w:color w:val="5E6862"/>
          <w:sz w:val="17"/>
        </w:rPr>
        <w:t>Bu form sağlık bilgisi içerir; doldurulduktan sonra yalnızca yetkili kişilerin erişebileceği bir yerde saklayın.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fill="E5F0E9"/>
          </w:tcPr>
          <w:p>
            <w:r>
              <w:rPr>
                <w:b/>
                <w:color w:val="22603F"/>
                <w:sz w:val="22"/>
              </w:rPr>
              <w:t>Kişisel bilgiler</w:t>
            </w:r>
          </w:p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100" w:before="0"/>
      </w:pPr>
      <w:r>
        <w:rPr>
          <w:b w:val="0"/>
          <w:sz w:val="19"/>
        </w:rPr>
        <w:t>Ad soyad: ____________________________________   Görüşme tarihi: ______________________________</w:t>
      </w:r>
    </w:p>
    <w:p>
      <w:pPr>
        <w:spacing w:after="100" w:before="0"/>
      </w:pPr>
      <w:r>
        <w:rPr>
          <w:b w:val="0"/>
          <w:sz w:val="19"/>
        </w:rPr>
        <w:t>Doğum tarihi: ________________________________   Meslek: ______________________________________</w:t>
      </w:r>
    </w:p>
    <w:p>
      <w:pPr>
        <w:spacing w:after="100" w:before="0"/>
      </w:pPr>
      <w:r>
        <w:rPr>
          <w:b w:val="0"/>
          <w:sz w:val="19"/>
        </w:rPr>
        <w:t>Telefon: _____________________________________   E-posta: _____________________________________</w:t>
      </w:r>
    </w:p>
    <w:p>
      <w:pPr>
        <w:spacing w:after="100" w:before="0"/>
      </w:pPr>
      <w:r>
        <w:rPr>
          <w:b w:val="0"/>
          <w:sz w:val="19"/>
        </w:rPr>
        <w:t>Görüşme:   ☐ Yüz yüze     ☐ Online</w:t>
      </w:r>
    </w:p>
    <w:p>
      <w:pPr>
        <w:spacing w:after="80" w:before="0"/>
      </w:pPr>
      <w:r>
        <w:rPr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fill="E5F0E9"/>
          </w:tcPr>
          <w:p>
            <w:r>
              <w:rPr>
                <w:b/>
                <w:color w:val="22603F"/>
                <w:sz w:val="22"/>
              </w:rPr>
              <w:t>Başvuru nedeni ve hedef</w:t>
            </w:r>
          </w:p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20" w:before="0"/>
      </w:pPr>
      <w:r>
        <w:rPr>
          <w:b w:val="0"/>
          <w:color w:val="5E6862"/>
          <w:sz w:val="19"/>
        </w:rPr>
        <w:t>Neden başvurdu, ne bekliyor?: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100" w:before="0"/>
      </w:pPr>
      <w:r>
        <w:rPr>
          <w:b w:val="0"/>
          <w:sz w:val="19"/>
        </w:rPr>
        <w:t>Hedef kilo / ölçü: ___________________________   Hedef süre: __________________________________</w:t>
      </w:r>
    </w:p>
    <w:p>
      <w:pPr>
        <w:spacing w:after="20" w:before="0"/>
      </w:pPr>
      <w:r>
        <w:rPr>
          <w:b w:val="0"/>
          <w:color w:val="5E6862"/>
          <w:sz w:val="19"/>
        </w:rPr>
        <w:t>Davranış hedefleri (ör. kahvaltı yapmak, akşam atıştırmasını azaltmak):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fill="E5F0E9"/>
          </w:tcPr>
          <w:p>
            <w:r>
              <w:rPr>
                <w:b/>
                <w:color w:val="22603F"/>
                <w:sz w:val="22"/>
              </w:rPr>
              <w:t>Ölçümler</w:t>
            </w:r>
          </w:p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100" w:before="0"/>
      </w:pPr>
      <w:r>
        <w:rPr>
          <w:b w:val="0"/>
          <w:sz w:val="19"/>
        </w:rPr>
        <w:t>Boy (cm): ____________________________________   Kilo (kg): ___________________________________</w:t>
      </w:r>
    </w:p>
    <w:p>
      <w:pPr>
        <w:spacing w:after="100" w:before="0"/>
      </w:pPr>
      <w:r>
        <w:rPr>
          <w:b w:val="0"/>
          <w:sz w:val="19"/>
        </w:rPr>
        <w:t>Bel çevresi (cm): ____________________________   Kalça çevresi (cm): __________________________</w:t>
      </w:r>
    </w:p>
    <w:p>
      <w:pPr>
        <w:spacing w:after="100" w:before="0"/>
      </w:pPr>
      <w:r>
        <w:rPr>
          <w:b w:val="0"/>
          <w:sz w:val="19"/>
        </w:rPr>
        <w:t>Yağ oranı (%): _______________________________   Kas kütlesi (kg): ____________________________</w:t>
      </w:r>
    </w:p>
    <w:p>
      <w:pPr>
        <w:spacing w:after="100" w:before="0"/>
      </w:pPr>
      <w:r>
        <w:rPr>
          <w:b w:val="0"/>
          <w:sz w:val="19"/>
        </w:rPr>
        <w:t>Kilo geçmişi (en düşük / en yüksek): __________   Son 6 aydaki değişim: ________________________</w:t>
      </w:r>
    </w:p>
    <w:p>
      <w:pPr>
        <w:spacing w:after="80" w:before="0"/>
      </w:pPr>
      <w:r>
        <w:rPr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fill="E5F0E9"/>
          </w:tcPr>
          <w:p>
            <w:r>
              <w:rPr>
                <w:b/>
                <w:color w:val="22603F"/>
                <w:sz w:val="22"/>
              </w:rPr>
              <w:t>Sağlık geçmişi</w:t>
            </w:r>
          </w:p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20" w:before="0"/>
      </w:pPr>
      <w:r>
        <w:rPr>
          <w:b w:val="0"/>
          <w:color w:val="5E6862"/>
          <w:sz w:val="19"/>
        </w:rPr>
        <w:t>Tanı konmuş hastalıklar: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20" w:before="0"/>
      </w:pPr>
      <w:r>
        <w:rPr>
          <w:b w:val="0"/>
          <w:color w:val="5E6862"/>
          <w:sz w:val="19"/>
        </w:rPr>
        <w:t>Kullandığı ilaçlar ve takviyeler: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100" w:before="0"/>
      </w:pPr>
      <w:r>
        <w:rPr>
          <w:b w:val="0"/>
          <w:sz w:val="19"/>
        </w:rPr>
        <w:t>Geçirdiği ameliyatlar: _______________________   Besin alerjisi / intoleransı: ________________</w:t>
      </w:r>
    </w:p>
    <w:p>
      <w:pPr>
        <w:spacing w:after="20" w:before="0"/>
      </w:pPr>
      <w:r>
        <w:rPr>
          <w:b w:val="0"/>
          <w:color w:val="5E6862"/>
          <w:sz w:val="19"/>
        </w:rPr>
        <w:t>Ailede görülen hastalıklar: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100" w:before="0"/>
      </w:pPr>
      <w:r>
        <w:rPr>
          <w:b w:val="0"/>
          <w:sz w:val="19"/>
        </w:rPr>
        <w:t>Gebelik / emzirme:   ☐ Yok     ☐ Gebe     ☐ Emziriyor</w:t>
      </w:r>
    </w:p>
    <w:p>
      <w:pPr>
        <w:spacing w:after="20" w:before="0"/>
      </w:pPr>
      <w:r>
        <w:rPr>
          <w:b w:val="0"/>
          <w:color w:val="5E6862"/>
          <w:sz w:val="19"/>
        </w:rPr>
        <w:t>Son tahlil sonuçları (varsa):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fill="E5F0E9"/>
          </w:tcPr>
          <w:p>
            <w:r>
              <w:rPr>
                <w:b/>
                <w:color w:val="22603F"/>
                <w:sz w:val="22"/>
              </w:rPr>
              <w:t>Yaşam tarzı</w:t>
            </w:r>
          </w:p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100" w:before="0"/>
      </w:pPr>
      <w:r>
        <w:rPr>
          <w:b w:val="0"/>
          <w:sz w:val="19"/>
        </w:rPr>
        <w:t>Kalkış / yatış saati: ________________________   Uyku süresi ve kalitesi: _____________________</w:t>
      </w:r>
    </w:p>
    <w:p>
      <w:pPr>
        <w:spacing w:after="100" w:before="0"/>
      </w:pPr>
      <w:r>
        <w:rPr>
          <w:b w:val="0"/>
          <w:sz w:val="19"/>
        </w:rPr>
        <w:t>Çalışma düzeni (saatler, vardiya): ___________   Günlük su tüketimi: __________________________</w:t>
      </w:r>
    </w:p>
    <w:p>
      <w:pPr>
        <w:spacing w:after="20" w:before="0"/>
      </w:pPr>
      <w:r>
        <w:rPr>
          <w:b w:val="0"/>
          <w:color w:val="5E6862"/>
          <w:sz w:val="19"/>
        </w:rPr>
        <w:t>Fiziksel aktivite (tür, sıklık, süre):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100" w:before="0"/>
      </w:pPr>
      <w:r>
        <w:rPr>
          <w:b w:val="0"/>
          <w:sz w:val="19"/>
        </w:rPr>
        <w:t>Sigara: ______________________________________   Alkol: _______________________________________</w:t>
      </w:r>
    </w:p>
    <w:p>
      <w:pPr>
        <w:spacing w:after="100" w:before="0"/>
      </w:pPr>
      <w:r>
        <w:rPr>
          <w:b w:val="0"/>
          <w:sz w:val="19"/>
        </w:rPr>
        <w:t>Stres düzeyi:   ☐ Düşük     ☐ Orta     ☐ Yüksek</w:t>
      </w:r>
    </w:p>
    <w:p>
      <w:pPr>
        <w:spacing w:after="80" w:before="0"/>
      </w:pPr>
      <w:r>
        <w:rPr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fill="E5F0E9"/>
          </w:tcPr>
          <w:p>
            <w:r>
              <w:rPr>
                <w:b/>
                <w:color w:val="22603F"/>
                <w:sz w:val="22"/>
              </w:rPr>
              <w:t>Beslenme alışkanlıkları</w:t>
            </w:r>
          </w:p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100" w:before="0"/>
      </w:pPr>
      <w:r>
        <w:rPr>
          <w:b w:val="0"/>
          <w:sz w:val="19"/>
        </w:rPr>
        <w:t>Günlük öğün sayısı: __________________________   Genelde atlanan öğün: ________________________</w:t>
      </w:r>
    </w:p>
    <w:p>
      <w:pPr>
        <w:spacing w:after="100" w:before="0"/>
      </w:pPr>
      <w:r>
        <w:rPr>
          <w:b w:val="0"/>
          <w:sz w:val="19"/>
        </w:rPr>
        <w:t>Haftada dışarıda yemek: ______________________   Yemeği kim hazırlıyor?: ______________________</w:t>
      </w:r>
    </w:p>
    <w:p>
      <w:pPr>
        <w:spacing w:after="20" w:before="0"/>
      </w:pPr>
      <w:r>
        <w:rPr>
          <w:b w:val="0"/>
          <w:color w:val="5E6862"/>
          <w:sz w:val="19"/>
        </w:rPr>
        <w:t>Sevdiği yiyecekler: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20" w:before="0"/>
      </w:pPr>
      <w:r>
        <w:rPr>
          <w:b w:val="0"/>
          <w:color w:val="5E6862"/>
          <w:sz w:val="19"/>
        </w:rPr>
        <w:t>Sevmediği / tüketmediği yiyecekler: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20" w:before="0"/>
      </w:pPr>
      <w:r>
        <w:rPr>
          <w:b w:val="0"/>
          <w:color w:val="5E6862"/>
          <w:sz w:val="19"/>
        </w:rPr>
        <w:t>Atıştırma alışkanlıkları (ne zaman, ne):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20" w:before="0"/>
      </w:pPr>
      <w:r>
        <w:rPr>
          <w:b w:val="0"/>
          <w:color w:val="5E6862"/>
          <w:sz w:val="19"/>
        </w:rPr>
        <w:t>Daha önce uyguladığı diyetler ve sonuçları: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80" w:before="0"/>
      </w:pPr>
      <w:r>
        <w:rPr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fill="E5F0E9"/>
          </w:tcPr>
          <w:p>
            <w:r>
              <w:rPr>
                <w:b/>
                <w:color w:val="22603F"/>
                <w:sz w:val="22"/>
              </w:rPr>
              <w:t>24 saatlik besin tüketimi (dün)</w:t>
            </w:r>
          </w:p>
        </w:tc>
      </w:tr>
    </w:tbl>
    <w:p>
      <w:pPr>
        <w:spacing w:after="0" w:before="0"/>
      </w:pPr>
      <w:r>
        <w:rPr>
          <w:b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474"/>
            <w:shd w:val="clear" w:fill="F6F4EE"/>
          </w:tcPr>
          <w:p>
            <w:r/>
            <w:r>
              <w:rPr>
                <w:b/>
                <w:sz w:val="18"/>
              </w:rPr>
              <w:t>Öğün</w:t>
            </w:r>
          </w:p>
        </w:tc>
        <w:tc>
          <w:tcPr>
            <w:tcW w:type="dxa" w:w="1020"/>
            <w:shd w:val="clear" w:fill="F6F4EE"/>
          </w:tcPr>
          <w:p>
            <w:r/>
            <w:r>
              <w:rPr>
                <w:b/>
                <w:sz w:val="18"/>
              </w:rPr>
              <w:t>Saat</w:t>
            </w:r>
          </w:p>
        </w:tc>
        <w:tc>
          <w:tcPr>
            <w:tcW w:type="dxa" w:w="5443"/>
            <w:shd w:val="clear" w:fill="F6F4EE"/>
          </w:tcPr>
          <w:p>
            <w:r/>
            <w:r>
              <w:rPr>
                <w:b/>
                <w:sz w:val="18"/>
              </w:rPr>
              <w:t>Ne yedi / içti?</w:t>
            </w:r>
          </w:p>
        </w:tc>
        <w:tc>
          <w:tcPr>
            <w:tcW w:type="dxa" w:w="2154"/>
            <w:shd w:val="clear" w:fill="F6F4EE"/>
          </w:tcPr>
          <w:p>
            <w:r/>
            <w:r>
              <w:rPr>
                <w:b/>
                <w:sz w:val="18"/>
              </w:rPr>
              <w:t>Miktar</w:t>
            </w:r>
          </w:p>
        </w:tc>
      </w:tr>
      <w:tr>
        <w:trPr>
          <w:trHeight w:val="539"/>
        </w:trPr>
        <w:tc>
          <w:tcPr>
            <w:tcW w:type="dxa" w:w="1474"/>
          </w:tcPr>
          <w:p>
            <w:r>
              <w:t>Kahvaltı</w:t>
            </w:r>
          </w:p>
        </w:tc>
        <w:tc>
          <w:tcPr>
            <w:tcW w:type="dxa" w:w="1020"/>
          </w:tcPr>
          <w:p/>
        </w:tc>
        <w:tc>
          <w:tcPr>
            <w:tcW w:type="dxa" w:w="5443"/>
          </w:tcPr>
          <w:p/>
        </w:tc>
        <w:tc>
          <w:tcPr>
            <w:tcW w:type="dxa" w:w="2154"/>
          </w:tcPr>
          <w:p/>
        </w:tc>
      </w:tr>
      <w:tr>
        <w:trPr>
          <w:trHeight w:val="539"/>
        </w:trPr>
        <w:tc>
          <w:tcPr>
            <w:tcW w:type="dxa" w:w="1474"/>
          </w:tcPr>
          <w:p>
            <w:r>
              <w:t>Ara öğün</w:t>
            </w:r>
          </w:p>
        </w:tc>
        <w:tc>
          <w:tcPr>
            <w:tcW w:type="dxa" w:w="1020"/>
          </w:tcPr>
          <w:p/>
        </w:tc>
        <w:tc>
          <w:tcPr>
            <w:tcW w:type="dxa" w:w="5443"/>
          </w:tcPr>
          <w:p/>
        </w:tc>
        <w:tc>
          <w:tcPr>
            <w:tcW w:type="dxa" w:w="2154"/>
          </w:tcPr>
          <w:p/>
        </w:tc>
      </w:tr>
      <w:tr>
        <w:trPr>
          <w:trHeight w:val="539"/>
        </w:trPr>
        <w:tc>
          <w:tcPr>
            <w:tcW w:type="dxa" w:w="1474"/>
          </w:tcPr>
          <w:p>
            <w:r>
              <w:t>Öğle</w:t>
            </w:r>
          </w:p>
        </w:tc>
        <w:tc>
          <w:tcPr>
            <w:tcW w:type="dxa" w:w="1020"/>
          </w:tcPr>
          <w:p/>
        </w:tc>
        <w:tc>
          <w:tcPr>
            <w:tcW w:type="dxa" w:w="5443"/>
          </w:tcPr>
          <w:p/>
        </w:tc>
        <w:tc>
          <w:tcPr>
            <w:tcW w:type="dxa" w:w="2154"/>
          </w:tcPr>
          <w:p/>
        </w:tc>
      </w:tr>
      <w:tr>
        <w:trPr>
          <w:trHeight w:val="539"/>
        </w:trPr>
        <w:tc>
          <w:tcPr>
            <w:tcW w:type="dxa" w:w="1474"/>
          </w:tcPr>
          <w:p>
            <w:r>
              <w:t>Ara öğün</w:t>
            </w:r>
          </w:p>
        </w:tc>
        <w:tc>
          <w:tcPr>
            <w:tcW w:type="dxa" w:w="1020"/>
          </w:tcPr>
          <w:p/>
        </w:tc>
        <w:tc>
          <w:tcPr>
            <w:tcW w:type="dxa" w:w="5443"/>
          </w:tcPr>
          <w:p/>
        </w:tc>
        <w:tc>
          <w:tcPr>
            <w:tcW w:type="dxa" w:w="2154"/>
          </w:tcPr>
          <w:p/>
        </w:tc>
      </w:tr>
      <w:tr>
        <w:trPr>
          <w:trHeight w:val="539"/>
        </w:trPr>
        <w:tc>
          <w:tcPr>
            <w:tcW w:type="dxa" w:w="1474"/>
          </w:tcPr>
          <w:p>
            <w:r>
              <w:t>Akşam</w:t>
            </w:r>
          </w:p>
        </w:tc>
        <w:tc>
          <w:tcPr>
            <w:tcW w:type="dxa" w:w="1020"/>
          </w:tcPr>
          <w:p/>
        </w:tc>
        <w:tc>
          <w:tcPr>
            <w:tcW w:type="dxa" w:w="5443"/>
          </w:tcPr>
          <w:p/>
        </w:tc>
        <w:tc>
          <w:tcPr>
            <w:tcW w:type="dxa" w:w="2154"/>
          </w:tcPr>
          <w:p/>
        </w:tc>
      </w:tr>
      <w:tr>
        <w:trPr>
          <w:trHeight w:val="539"/>
        </w:trPr>
        <w:tc>
          <w:tcPr>
            <w:tcW w:type="dxa" w:w="1474"/>
          </w:tcPr>
          <w:p>
            <w:r>
              <w:t>Gece</w:t>
            </w:r>
          </w:p>
        </w:tc>
        <w:tc>
          <w:tcPr>
            <w:tcW w:type="dxa" w:w="1020"/>
          </w:tcPr>
          <w:p/>
        </w:tc>
        <w:tc>
          <w:tcPr>
            <w:tcW w:type="dxa" w:w="5443"/>
          </w:tcPr>
          <w:p/>
        </w:tc>
        <w:tc>
          <w:tcPr>
            <w:tcW w:type="dxa" w:w="2154"/>
          </w:tcPr>
          <w:p/>
        </w:tc>
      </w:tr>
    </w:tbl>
    <w:p>
      <w:pPr>
        <w:spacing w:after="80" w:before="0"/>
      </w:pPr>
      <w:r>
        <w:rPr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fill="E5F0E9"/>
          </w:tcPr>
          <w:p>
            <w:r>
              <w:rPr>
                <w:b/>
                <w:color w:val="22603F"/>
                <w:sz w:val="22"/>
              </w:rPr>
              <w:t>Diyetisyen notları</w:t>
            </w:r>
          </w:p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20" w:before="0"/>
      </w:pPr>
      <w:r>
        <w:rPr>
          <w:b w:val="0"/>
          <w:color w:val="5E6862"/>
          <w:sz w:val="19"/>
        </w:rPr>
        <w:t>Değerlendirme ve plan: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color w:val="C8C4B8"/>
          <w:sz w:val="19"/>
        </w:rPr>
        <w:t>____________________________________________________________________________________________</w:t>
      </w:r>
    </w:p>
    <w:p>
      <w:pPr>
        <w:spacing w:after="100" w:before="0"/>
      </w:pPr>
      <w:r>
        <w:rPr>
          <w:b w:val="0"/>
          <w:sz w:val="19"/>
        </w:rPr>
        <w:t>Enerji hedefi (kcal): ________________________   Sonraki kontrol: _____________________________</w:t>
      </w:r>
    </w:p>
    <w:p>
      <w:pPr>
        <w:spacing w:after="80" w:before="0"/>
      </w:pPr>
      <w:r>
        <w:rPr>
          <w:b w:val="0"/>
          <w:sz w:val="8"/>
        </w:rPr>
      </w:r>
    </w:p>
    <w:p>
      <w:pPr>
        <w:spacing w:after="40" w:before="0"/>
      </w:pPr>
      <w:r>
        <w:rPr>
          <w:b w:val="0"/>
          <w:color w:val="5E6862"/>
          <w:sz w:val="16"/>
        </w:rPr>
        <w:t>Ücretsiz şablon · diyetteyim.app — programı dijitalde yaz, danışanın telefonundan takip etsin.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İlk görüşme formu · Diyetteyim</dc:title>
  <dc:subject/>
  <dc:creator>Diyetteyim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